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ナトリウムジフルオロホスフェート</w:t>
      </w:r>
    </w:p>
    <w:p>
      <w:pPr>
        <w:spacing w:after="40"/>
        <w:pBdr>
          <w:bottom w:val="single" w:sz="8" w:space="1" w:color="2E75B6"/>
        </w:pBdr>
      </w:pPr>
      <w:r>
        <w:rPr>
          <w:rFonts w:ascii="Arial" w:hAnsi="Arial" w:eastAsia="Yu Gothic"/>
          <w:b w:val="0"/>
          <w:color w:val="2E75B6"/>
          <w:sz w:val="24"/>
        </w:rPr>
        <w:t>Sodium difluorophosphate</w:t>
      </w:r>
    </w:p>
    <w:p>
      <w:pPr>
        <w:spacing w:after="80"/>
      </w:pPr>
    </w:p>
    <w:p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66"/>
        <w:gridCol w:w="4366"/>
      </w:tblGrid>
      <w:tr>
        <w:tc>
          <w:tcPr>
            <w:tcW w:type="dxa" w:w="2268"/>
            <w:vAlign w:val="center"/>
            <w:shd w:fill="D6E4F0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type="dxa" w:w="6236"/>
            <w:vAlign w:val="center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r>
              <w:rPr>
                <w:rFonts w:ascii="Arial" w:hAnsi="Arial" w:eastAsia="Yu Gothic"/>
                <w:b w:val="0"/>
                <w:color w:val="333333"/>
                <w:sz w:val="21"/>
              </w:rPr>
              <w:t>NaDFP</w:t>
            </w:r>
          </w:p>
        </w:tc>
      </w:tr>
      <w:tr>
        <w:tc>
          <w:tcPr>
            <w:tcW w:type="dxa" w:w="2268"/>
            <w:vAlign w:val="center"/>
            <w:shd w:fill="D6E4F0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社内コード</w:t>
            </w:r>
          </w:p>
        </w:tc>
        <w:tc>
          <w:tcPr>
            <w:tcW w:type="dxa" w:w="6236"/>
            <w:vAlign w:val="center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r>
              <w:rPr>
                <w:rFonts w:ascii="Arial" w:hAnsi="Arial" w:eastAsia="Yu Gothic"/>
                <w:b w:val="0"/>
                <w:color w:val="333333"/>
                <w:sz w:val="21"/>
              </w:rPr>
              <w:t>P0232</w:t>
            </w:r>
          </w:p>
        </w:tc>
      </w:tr>
      <w:tr>
        <w:tc>
          <w:tcPr>
            <w:tcW w:type="dxa" w:w="2268"/>
            <w:vAlign w:val="center"/>
            <w:shd w:fill="D6E4F0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type="dxa" w:w="6236"/>
            <w:vAlign w:val="center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66"/>
        <w:gridCol w:w="4366"/>
      </w:tblGrid>
      <w:tr>
        <w:tc>
          <w:tcPr>
            <w:tcW w:type="dxa" w:w="2835"/>
            <w:vAlign w:val="center"/>
            <w:shd w:fill="1F3A5F"/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type="dxa" w:w="5669"/>
            <w:vAlign w:val="center"/>
            <w:shd w:fill="1F3A5F"/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>
        <w:tc>
          <w:tcPr>
            <w:tcW w:type="dxa" w:w="2835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type="dxa" w:w="5669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>
        <w:tc>
          <w:tcPr>
            <w:tcW w:type="dxa" w:w="2835"/>
            <w:vAlign w:val="center"/>
            <w:shd w:fill="FFFFFF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type="dxa" w:w="5669"/>
            <w:vAlign w:val="center"/>
            <w:shd w:fill="FFFFFF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>
        <w:tc>
          <w:tcPr>
            <w:tcW w:type="dxa" w:w="2835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type="dxa" w:w="5669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>
        <w:tc>
          <w:tcPr>
            <w:tcW w:type="dxa" w:w="2835"/>
            <w:vAlign w:val="center"/>
            <w:shd w:fill="FFFFFF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type="dxa" w:w="5669"/>
            <w:vAlign w:val="center"/>
            <w:shd w:fill="FFFFFF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>
        <w:tc>
          <w:tcPr>
            <w:tcW w:type="dxa" w:w="2835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type="dxa" w:w="5669"/>
            <w:vAlign w:val="center"/>
            <w:shd w:fill="F2F7FC"/>
            <w:tcBorders>
              <w:top w:val="single" w:sz="4" w:space="0" w:color="B4C6E7"/>
              <w:bottom w:val="single" w:sz="4" w:space="0" w:color="B4C6E7"/>
              <w:left w:val="single" w:sz="4" w:space="0" w:color="B4C6E7"/>
              <w:right w:val="single" w:sz="4" w:space="0" w:color="B4C6E7"/>
            </w:tcBorders>
          </w:tcPr>
          <w:p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</w:tbl>
    <w:p>
      <w:pPr>
        <w:spacing w:after="200"/>
      </w:pPr>
    </w:p>
    <w:p>
      <w:pPr>
        <w:spacing w:before="400"/>
        <w:pBdr>
          <w:bottom w:val="single" w:sz="4" w:space="1" w:color="D6E4F0"/>
        </w:pBdr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 w:rsidR="00FC693F" w:rsidRPr="0006063C" w:rsidSect="00034616">
      <w:pgSz w:w="11906" w:h="16838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